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ודקדוק בטקסט - מילות יחס מוטות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יחס מוטות (מילת יחס + כינוי גוף)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נכון של מילת יחס לכינויי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מילות יחס בתוך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השלמת מילות יחס מוטות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רב ברירתית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הלכה או דיברה כדי לבקש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 + הוא =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עם + אני = עמי/איתי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את + היא =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(אותי)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שימוש נכון במילה אליה (אל + היא)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יחס שהתחברה לכינוי גוף, כמו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- לומר מילת יחס וכינוי גוף ולבקש מהתלמידים להשלים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על הלוח טבלת הטיה של מילת יחס אחת כמו ׳אל׳ לכל כינויי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עם מילות יחס נוספות כמו ׳בין׳ או ׳תחת׳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ודקדוק בטקסט - מילות יחס מוטות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בטקסטים אנחנו פוגשים מילות יחס שמחוברות לכינויי גוף, כמו 'אליו' (אל + הוא) או 'איתה' (עם + היא). בדף הזה נתרגל להשלים ולזהות אותן.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אליו  ·  עליה  ·  איתם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השלמת מילות יחס מוטות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היא פנתה __________ (אל + הוא)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הוא דיבר __________ (עם + הם)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הילדים חשבו __________ (על + היא)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בחירה רב ברירתית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מילת היחס המוטה הנכונה ל: אל + היא?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״היא פנתה אל ועד השכונה״ - מה פירוש ׳פנתה׳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רצה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הלכה או דיברה כדי לבקש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כתבה מכתב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׳אליו׳ מורכבת ממילת היחס ׳אל׳ וכינוי הגוף ׳הוא׳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׳עמי׳ מורכבת ממילת היחס ׳עם׳ וכינוי הגוף ׳אני׳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׳אותה׳ היא מילת יחס מוטה של את + היא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אל + הוא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עם + 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 + הם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את +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משלכם עם מילת היחס המוטה ׳אליה׳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מילת יחס מוטה?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השלימו: היא דיברה ___ (עם + הוא)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קריאה ודקדוק בטקסט - מילות יחס מוטות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