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יחס מוטות (מילת יחס + כינוי גוף)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נכון של מילת יחס לכינויי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מילות יחס בתוך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מילות יחס מוטות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איתכם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רב ברירתית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הלכה או דיברה כדי לבקש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 + הוא =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עם + אני = עמי/איתי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את + היא =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למשל לו, לה,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שימוש נכון במילה אליה (אל + היא)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לחבר בין פועל/שם לכינוי גוף בצורה נכונה ומובנת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שהתחברה לכינוי גוף, כמו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 - לומר מילת יחס וכינוי גוף ולבקש מהתלמידים להשלים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על הלוח טבלת הטיה של מילת יחס אחת כמו ׳אל׳ לכל כינויי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עם מילות יחס נוספות כמו ׳בין׳ או ׳תחת׳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ודקדוק בטקסט - מילות יחס מוטות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קטנות שנקראות מילות יחס, כמו 'אל' או 'עם'. כשמחברים אותן למילה כמו 'הוא' או 'היא' מקבלים מילה חדשה כמו 'אליו' או 'איתה'.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שמחברת בין מילים, כמו אל, עם, על, ל, 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שם, כמו הוא, היא, אני, אתה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 מוטה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שהתחברה לכינוי גוף, כמו אליו, עמה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 שכונה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שמנהלת ענייני שכונה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הלכה או דיברה כדי לבקש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בסגנון בגרות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קריאה עם שאלות כמו במבחן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מילות יחס מוטות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היא פנתה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דיבר __________ (עם + הם)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חשבו __________ (על + היא)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נתנו __________ את הספר (ל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ראתה __________ (את + אני)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הם ישבו __________ (עם + אתם)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רב ברירתית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אל + היא?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׳פנתה׳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הלכה או דיברה כדי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קראה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עם + אנחנו?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את +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טקסט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בסגנון 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פרטי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׳אליו׳ מורכבת ממילת היחס ׳אל׳ וכינוי הגוף ׳הוא׳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׳עמי׳ מורכבת ממילת היחס ׳עם׳ וכינוי הגוף ׳אני׳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׳אותה׳ היא מילת יחס מוטה של את + היא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׳ל׳ לא יכולה להתחבר לכינויי 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 שכונה הוא קבוצת אנשים שמנהלת ענייני שכונה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עם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 +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מילת היחס המוטה ׳אליה׳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צריך להטות מילות יחס בעברית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מילת יחס מוטה?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היא דיברה ___ (עם + הוא)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היחס המוטה של את + אתם?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ודקדוק בטקסט - מילות יחס מוטות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