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ודקדוק בטקסט - מילות יחס מוטות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יחס מוטות (מילת יחס + כינוי גוף)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נכון של מילת יחס לכינויי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מילות יחס בתוך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מילות יחס מוטות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איתכם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רב ברירתית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הלכה או דיברה כדי לבקש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בסגנון 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 + הוא =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עם + אני = עמי/איתי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את + היא =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למשל לו, לה,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(עליך)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שימוש נכון במילה אליה (אל + היא)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לחבר בין פועל/שם לכינוי גוף בצורה נכונה ומובנת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שהתחברה לכינוי גוף, כמו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לומר מילת יחס וכינוי גוף ולבקש מהתלמידים להשלים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טבלת הטיה של מילת יחס אחת כמו ׳אל׳ לכל כינויי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עם מילות יחס נוספות כמו ׳בין׳ או ׳תחת׳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ודקדוק בטקסט - מילות יחס מוטות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בטקסטים אנחנו פוגשים מילות יחס שמחוברות לכינויי גוף, כמו 'אליו' (אל + הוא) או 'איתה' (עם + היא). בדף הזה נתרגל להשלים ולזהות אותן.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השלמת מילות יחס מוטות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פנתה __________ (אל + הוא)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דיבר __________ (עם + הם)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חשבו __________ (על + היא)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אנחנו נתנו __________ את הספר (ל + הוא)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ראתה __________ (את + אני)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הם ישבו __________ (עם + אתם)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רב ברירתית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מילת היחס המוטה הנכונה ל: אל + היא?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״היא פנתה אל ועד השכונה״ - מה פירוש ׳פנתה׳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הלכה או דיברה כדי לבקש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קראה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מילת היחס המוטה ל: עם + אנחנו?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מילת היחס המוטה ל: את +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סוג טקסט מופיעות שאלות כמו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בסגנון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פרטי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׳אליו׳ מורכבת ממילת היחס ׳אל׳ וכינוי הגוף ׳הוא׳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׳עמי׳ מורכבת ממילת היחס ׳עם׳ וכינוי הגוף ׳אני׳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׳אותה׳ היא מילת יחס מוטה של את + היא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׳ל׳ לא יכולה להתחבר לכינויי 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 שכונה הוא קבוצת אנשים שמנהלת ענייני שכונה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 +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עם +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 +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 +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מילת היחס המוטה ׳אליה׳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צריך להטות מילות יחס בעברית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מילת יחס מוטה?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היא דיברה ___ (עם + הוא)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מילת היחס המוטה של את + אתם?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ודקדוק בטקסט - מילות יחס מוטות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